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CBTHypnoPsy – Complaint Form</w:t>
      </w:r>
    </w:p>
    <w:p>
      <w:r>
        <w:t>This form is to be used to submit a formal complaint regarding a potential ethical or professional violation by a member of CBTHypnoPsy.</w:t>
        <w:br/>
        <w:br/>
        <w:t>All sections must be completed. Anonymous or incomplete complaints will not be processed. The information provided will be treated with confidentiality, in accordance with our Ethical Procedures.</w:t>
      </w:r>
    </w:p>
    <w:p>
      <w:pPr>
        <w:pStyle w:val="Heading2"/>
      </w:pPr>
      <w:r>
        <w:t>1. Complainant Details (Your Information)</w:t>
      </w:r>
    </w:p>
    <w:p>
      <w:r>
        <w:t>• Full Name:</w:t>
      </w:r>
    </w:p>
    <w:p>
      <w:r>
        <w:t>• Phone Number:</w:t>
      </w:r>
    </w:p>
    <w:p>
      <w:r>
        <w:t>• Email Address:</w:t>
      </w:r>
    </w:p>
    <w:p>
      <w:r>
        <w:t>• Mailing Address:</w:t>
      </w:r>
    </w:p>
    <w:p>
      <w:r>
        <w:t>• Relationship to the Member (e.g., client, colleague, third party):</w:t>
      </w:r>
    </w:p>
    <w:p>
      <w:pPr>
        <w:pStyle w:val="Heading2"/>
      </w:pPr>
      <w:r>
        <w:t>2. Member Information (Against Whom the Complaint Is Made)</w:t>
      </w:r>
    </w:p>
    <w:p>
      <w:r>
        <w:t>• Full Name of the Member:</w:t>
      </w:r>
    </w:p>
    <w:p>
      <w:r>
        <w:t>• Profession / License (if known):</w:t>
      </w:r>
    </w:p>
    <w:p>
      <w:r>
        <w:t>• City / Country of Practice:</w:t>
      </w:r>
    </w:p>
    <w:p>
      <w:r>
        <w:t>• Any other identifying details (e.g., website, office address):</w:t>
      </w:r>
    </w:p>
    <w:p>
      <w:pPr>
        <w:pStyle w:val="Heading2"/>
      </w:pPr>
      <w:r>
        <w:t>3. Details of the Complaint</w:t>
      </w:r>
    </w:p>
    <w:p>
      <w:r>
        <w:t>• Date(s) of Incident(s):</w:t>
      </w:r>
    </w:p>
    <w:p>
      <w:r>
        <w:t>• Location(s):</w:t>
      </w:r>
    </w:p>
    <w:p>
      <w:r>
        <w:t>• Please describe clearly and specifically the incident(s) that led to this complaint:</w:t>
        <w:br/>
        <w:t>(Include relevant facts, conversations, actions, or behavior that you believe violated the Code of Conduct. Attach additional pages if necessary.)</w:t>
      </w:r>
    </w:p>
    <w:p>
      <w:pPr>
        <w:pStyle w:val="Heading2"/>
      </w:pPr>
      <w:r>
        <w:t>4. Evidence and Supporting Documentation</w:t>
      </w:r>
    </w:p>
    <w:p>
      <w:r>
        <w:t>• Please list and attach any evidence that supports your complaint (e.g., emails, letters, screenshots, reports, recordings, witness statements):</w:t>
      </w:r>
    </w:p>
    <w:p>
      <w:r>
        <w:t>• Document 1:</w:t>
      </w:r>
    </w:p>
    <w:p>
      <w:r>
        <w:t>• Document 2:</w:t>
      </w:r>
    </w:p>
    <w:p>
      <w:r>
        <w:t>• Document 3:</w:t>
      </w:r>
    </w:p>
    <w:p>
      <w:pPr>
        <w:pStyle w:val="Heading2"/>
      </w:pPr>
      <w:r>
        <w:t>5. Have You Taken Any Prior Action?</w:t>
      </w:r>
    </w:p>
    <w:p>
      <w:r>
        <w:t>• Have you addressed this issue directly with the individual?</w:t>
        <w:br/>
        <w:t>Yes [ ]   No [ ]</w:t>
      </w:r>
    </w:p>
    <w:p>
      <w:r>
        <w:t>• If yes, what was the outcome?</w:t>
      </w:r>
    </w:p>
    <w:p>
      <w:r>
        <w:t>• Have you reported this matter to another professional body, employer, or authority?</w:t>
        <w:br/>
        <w:t>Yes [ ]   No [ ]</w:t>
      </w:r>
    </w:p>
    <w:p>
      <w:r>
        <w:t>• If yes, please specify where and the status of that process:</w:t>
      </w:r>
    </w:p>
    <w:p>
      <w:pPr>
        <w:pStyle w:val="Heading2"/>
      </w:pPr>
      <w:r>
        <w:t>6. Declaration</w:t>
      </w:r>
    </w:p>
    <w:p>
      <w:r>
        <w:t>• I confirm that the information provided in this complaint is true to the best of my knowledge. I understand that CBTHypnoPsy may contact me for further clarification, and that the information will be used solely for the investigation of this complaint.</w:t>
      </w:r>
    </w:p>
    <w:p>
      <w:r>
        <w:t>• Signature:</w:t>
      </w:r>
    </w:p>
    <w:p>
      <w:r>
        <w:t>• Full Name (in block letters):</w:t>
      </w:r>
    </w:p>
    <w:p>
      <w:r>
        <w:t>• Date:</w:t>
      </w:r>
    </w:p>
    <w:p>
      <w:r>
        <w:br/>
        <w:t>📬 Submit this form and all attachments to:</w:t>
      </w:r>
    </w:p>
    <w:p>
      <w:r>
        <w:t>CBTHypnoPsy Ethics Committee</w:t>
      </w:r>
    </w:p>
    <w:p>
      <w:r>
        <w:t>Email: ethics@cbthypnopsy.org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