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CBTHypnoPsy – Φόρμα Καταγγελίας</w:t>
      </w:r>
    </w:p>
    <w:p>
      <w:pPr>
        <w:pStyle w:val="Heading2"/>
      </w:pPr>
      <w:r>
        <w:t>1. Στοιχεία Καταγγέλλοντος (Τα στοιχεία σας)</w:t>
      </w:r>
    </w:p>
    <w:p>
      <w:r>
        <w:t>• Ονοματεπώνυμο:</w:t>
      </w:r>
    </w:p>
    <w:p>
      <w:r>
        <w:t>• Τηλέφωνο:</w:t>
      </w:r>
    </w:p>
    <w:p>
      <w:r>
        <w:t>• Email:</w:t>
      </w:r>
    </w:p>
    <w:p>
      <w:r>
        <w:t>• Ταχυδρομική Διεύθυνση:</w:t>
      </w:r>
    </w:p>
    <w:p>
      <w:r>
        <w:t>• Σχέση με το μέλος (π.χ. πελάτης, συνάδελφος, τρίτο πρόσωπο):</w:t>
      </w:r>
    </w:p>
    <w:p>
      <w:pPr>
        <w:pStyle w:val="Heading2"/>
      </w:pPr>
      <w:r>
        <w:t>2. Στοιχεία Μέλους (Κατά του οποίου υποβάλλεται η καταγγελία)</w:t>
      </w:r>
    </w:p>
    <w:p>
      <w:r>
        <w:t>• Ονοματεπώνυμο Μέλους:</w:t>
      </w:r>
    </w:p>
    <w:p>
      <w:r>
        <w:t>• Επάγγελμα / Άδεια (αν είναι γνωστό):</w:t>
      </w:r>
    </w:p>
    <w:p>
      <w:r>
        <w:t>• Πόλη / Χώρα:</w:t>
      </w:r>
    </w:p>
    <w:p>
      <w:r>
        <w:t>• Άλλες πληροφορίες (π.χ. ιστοσελίδα, διεύθυνση γραφείου):</w:t>
      </w:r>
    </w:p>
    <w:p>
      <w:pPr>
        <w:pStyle w:val="Heading2"/>
      </w:pPr>
      <w:r>
        <w:t>3. Λεπτομέρειες Καταγγελίας</w:t>
      </w:r>
    </w:p>
    <w:p>
      <w:r>
        <w:t>• Ημερομηνία/-ες Περιστατικού/-ων:</w:t>
      </w:r>
    </w:p>
    <w:p>
      <w:r>
        <w:t>• Τοποθεσία/-ες:</w:t>
      </w:r>
    </w:p>
    <w:p>
      <w:r>
        <w:t>• Παρακαλούμε περιγράψτε με σαφήνεια το/τα περιστατικό/-ά που οδήγησαν στην καταγγελία:</w:t>
      </w:r>
    </w:p>
    <w:p>
      <w:pPr>
        <w:pStyle w:val="Heading2"/>
      </w:pPr>
      <w:r>
        <w:t>4. Αποδεικτικά Στοιχεία</w:t>
      </w:r>
    </w:p>
    <w:p>
      <w:r>
        <w:t>• Αναφέρετε και επισυνάψτε αποδείξεις που στηρίζουν την καταγγελία σας (π.χ. email, στιγμιότυπα οθόνης):</w:t>
      </w:r>
    </w:p>
    <w:p>
      <w:pPr>
        <w:pStyle w:val="Heading2"/>
      </w:pPr>
      <w:r>
        <w:t>5. Έχετε Προβεί Σε Άλλες Ενέργειες;</w:t>
      </w:r>
    </w:p>
    <w:p>
      <w:r>
        <w:t>• Αντιμετωπίσατε το θέμα απευθείας με το άτομο;</w:t>
      </w:r>
    </w:p>
    <w:p>
      <w:r>
        <w:t>• Ποιο ήταν το αποτέλεσμα;</w:t>
      </w:r>
    </w:p>
    <w:p>
      <w:r>
        <w:t>• Αναφέρατε το θέμα σε άλλο φορέα;</w:t>
      </w:r>
    </w:p>
    <w:p>
      <w:pPr>
        <w:pStyle w:val="Heading2"/>
      </w:pPr>
      <w:r>
        <w:t>6. Δήλωση</w:t>
      </w:r>
    </w:p>
    <w:p>
      <w:r>
        <w:t>• Δηλώνω υπεύθυνα ότι τα παραπάνω στοιχεία είναι αληθή. Κατανοώ ότι το CBTHypnoPsy μπορεί να επικοινωνήσει μαζί μου για διευκρινίσεις.</w:t>
      </w:r>
    </w:p>
    <w:p>
      <w:r>
        <w:t>• Υπογραφή:</w:t>
      </w:r>
    </w:p>
    <w:p>
      <w:r>
        <w:t>• Ημερομηνία:</w:t>
      </w:r>
    </w:p>
    <w:p>
      <w:r>
        <w:br/>
        <w:t>Προωθήστε την φόρμα καταγγελίας και όλα τα συνημμένα έγγραφα στο:</w:t>
      </w:r>
    </w:p>
    <w:p>
      <w:r>
        <w:t>CBTHypnoPsy Ethics Committee</w:t>
      </w:r>
    </w:p>
    <w:p>
      <w:r>
        <w:t>Email: ethics@cbthypnopsy.org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